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BUSINESS COMPLIANCE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Workflow Analysis Worksheet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guided exercise for mapping a process, identifying bottlenecks, and assigning improvements.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Create a shared view of how work moves, where it stalls, and which controls or handoffs need attention.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Department leaders, operations teams, and process owners.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Workflow name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Department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Process owner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Review date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Trigger / start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Final output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Prepared by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Participants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is the primary objective of this workflow?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1. Current-state process map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</w:trPr>
        <w:tc>
          <w:tcPr>
            <w:tcW w:type="dxa" w:w="2033"/>
            <w:tcW w:w="65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STEP</w:t>
            </w:r>
          </w:p>
        </w:tc>
        <w:tc>
          <w:tcPr>
            <w:tcW w:type="dxa" w:w="2033"/>
            <w:tcW w:w="155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2033"/>
            <w:tcW w:w="359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ACTION / OUTPUT</w:t>
            </w:r>
          </w:p>
        </w:tc>
        <w:tc>
          <w:tcPr>
            <w:tcW w:type="dxa" w:w="2033"/>
            <w:tcW w:w="18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SYSTEM OR TOOL</w:t>
            </w:r>
          </w:p>
        </w:tc>
        <w:tc>
          <w:tcPr>
            <w:tcW w:type="dxa" w:w="2033"/>
            <w:tcW w:w="177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TYPICAL TIME</w:t>
            </w:r>
          </w:p>
        </w:tc>
      </w:tr>
      <w:tr>
        <w:tc>
          <w:tcPr>
            <w:tcW w:type="dxa" w:w="2033"/>
            <w:tcW w:w="6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1</w:t>
            </w:r>
          </w:p>
        </w:tc>
        <w:tc>
          <w:tcPr>
            <w:tcW w:type="dxa" w:w="2033"/>
            <w:tcW w:w="15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359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77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6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2</w:t>
            </w:r>
          </w:p>
        </w:tc>
        <w:tc>
          <w:tcPr>
            <w:tcW w:type="dxa" w:w="2033"/>
            <w:tcW w:w="15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359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77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6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3</w:t>
            </w:r>
          </w:p>
        </w:tc>
        <w:tc>
          <w:tcPr>
            <w:tcW w:type="dxa" w:w="2033"/>
            <w:tcW w:w="15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359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77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6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4</w:t>
            </w:r>
          </w:p>
        </w:tc>
        <w:tc>
          <w:tcPr>
            <w:tcW w:type="dxa" w:w="2033"/>
            <w:tcW w:w="15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359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77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6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5</w:t>
            </w:r>
          </w:p>
        </w:tc>
        <w:tc>
          <w:tcPr>
            <w:tcW w:type="dxa" w:w="2033"/>
            <w:tcW w:w="15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359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77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6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6</w:t>
            </w:r>
          </w:p>
        </w:tc>
        <w:tc>
          <w:tcPr>
            <w:tcW w:type="dxa" w:w="2033"/>
            <w:tcW w:w="15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359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77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6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7</w:t>
            </w:r>
          </w:p>
        </w:tc>
        <w:tc>
          <w:tcPr>
            <w:tcW w:type="dxa" w:w="2033"/>
            <w:tcW w:w="15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359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77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2. Friction and controls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24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REVIEW AREA</w:t>
            </w:r>
          </w:p>
        </w:tc>
        <w:tc>
          <w:tcPr>
            <w:tcW w:type="dxa" w:w="3389"/>
            <w:tcW w:w="398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OBSERVATION</w:t>
            </w:r>
          </w:p>
        </w:tc>
        <w:tc>
          <w:tcPr>
            <w:tcW w:type="dxa" w:w="3389"/>
            <w:tcW w:w="298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IMPACT / RISK</w:t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Delays or bottlenecks</w:t>
            </w:r>
          </w:p>
        </w:tc>
        <w:tc>
          <w:tcPr>
            <w:tcW w:type="dxa" w:w="3389"/>
            <w:tcW w:w="39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9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Rework or error points</w:t>
            </w:r>
          </w:p>
        </w:tc>
        <w:tc>
          <w:tcPr>
            <w:tcW w:type="dxa" w:w="3389"/>
            <w:tcW w:w="39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9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Unclear ownership</w:t>
            </w:r>
          </w:p>
        </w:tc>
        <w:tc>
          <w:tcPr>
            <w:tcW w:type="dxa" w:w="3389"/>
            <w:tcW w:w="39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9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Manual handoffs</w:t>
            </w:r>
          </w:p>
        </w:tc>
        <w:tc>
          <w:tcPr>
            <w:tcW w:type="dxa" w:w="3389"/>
            <w:tcW w:w="39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9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Missing approvals or evidence</w:t>
            </w:r>
          </w:p>
        </w:tc>
        <w:tc>
          <w:tcPr>
            <w:tcW w:type="dxa" w:w="3389"/>
            <w:tcW w:w="39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9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Capacity or resource limits</w:t>
            </w:r>
          </w:p>
        </w:tc>
        <w:tc>
          <w:tcPr>
            <w:tcW w:type="dxa" w:w="3389"/>
            <w:tcW w:w="39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9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3. Improvement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</w:trPr>
        <w:tc>
          <w:tcPr>
            <w:tcW w:type="dxa" w:w="2033"/>
            <w:tcW w:w="105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PRIORITY</w:t>
            </w:r>
          </w:p>
        </w:tc>
        <w:tc>
          <w:tcPr>
            <w:tcW w:type="dxa" w:w="2033"/>
            <w:tcW w:w="365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CHANGE / EXPERIMENT</w:t>
            </w:r>
          </w:p>
        </w:tc>
        <w:tc>
          <w:tcPr>
            <w:tcW w:type="dxa" w:w="2033"/>
            <w:tcW w:w="1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2033"/>
            <w:tcW w:w="13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DUE DATE</w:t>
            </w:r>
          </w:p>
        </w:tc>
        <w:tc>
          <w:tcPr>
            <w:tcW w:type="dxa" w:w="2033"/>
            <w:tcW w:w="16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SUCCESS MEASURE</w:t>
            </w:r>
          </w:p>
        </w:tc>
      </w:tr>
      <w:tr>
        <w:tc>
          <w:tcPr>
            <w:tcW w:type="dxa" w:w="2033"/>
            <w:tcW w:w="10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High</w:t>
            </w:r>
          </w:p>
        </w:tc>
        <w:tc>
          <w:tcPr>
            <w:tcW w:type="dxa" w:w="2033"/>
            <w:tcW w:w="36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3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6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10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Medium</w:t>
            </w:r>
          </w:p>
        </w:tc>
        <w:tc>
          <w:tcPr>
            <w:tcW w:type="dxa" w:w="2033"/>
            <w:tcW w:w="36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3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6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10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Low</w:t>
            </w:r>
          </w:p>
        </w:tc>
        <w:tc>
          <w:tcPr>
            <w:tcW w:type="dxa" w:w="2033"/>
            <w:tcW w:w="36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3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6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Follow-up date and decisions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