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Performance Improvement Plan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structured framework for clarifying expectations, support, milestones, and documented outcomes.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Address a performance gap with specific facts, achievable expectations, resources, and consistent follow-up.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Managers and HR teams using a fair, organization-approved process.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Plan start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Plan end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HR partner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cadence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Performance concern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30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EXPECTATION</w:t>
            </w:r>
          </w:p>
        </w:tc>
        <w:tc>
          <w:tcPr>
            <w:tcW w:type="dxa" w:w="3389"/>
            <w:tcW w:w="3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OBSERVED GAP / FACTS</w:t>
            </w:r>
          </w:p>
        </w:tc>
        <w:tc>
          <w:tcPr>
            <w:tcW w:type="dxa" w:w="3389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IMPACT</w:t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Required improvement and support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32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REQUIRED OUTCOME</w:t>
            </w:r>
          </w:p>
        </w:tc>
        <w:tc>
          <w:tcPr>
            <w:tcW w:type="dxa" w:w="2541"/>
            <w:tcW w:w="2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MEASURE / EVIDENCE</w:t>
            </w:r>
          </w:p>
        </w:tc>
        <w:tc>
          <w:tcPr>
            <w:tcW w:type="dxa" w:w="2541"/>
            <w:tcW w:w="22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SUPPORT / RESOURCE</w:t>
            </w:r>
          </w:p>
        </w:tc>
        <w:tc>
          <w:tcPr>
            <w:tcW w:type="dxa" w:w="2541"/>
            <w:tcW w:w="12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DUE DATE</w:t>
            </w:r>
          </w:p>
        </w:tc>
      </w:tr>
      <w:tr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3. Check-in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1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389"/>
            <w:tcW w:w="393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PROGRESS / EVIDENCE</w:t>
            </w:r>
          </w:p>
        </w:tc>
        <w:tc>
          <w:tcPr>
            <w:tcW w:type="dxa" w:w="3389"/>
            <w:tcW w:w="393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FEEDBACK / NEXT STEP</w:t>
            </w:r>
          </w:p>
        </w:tc>
      </w:tr>
      <w:tr>
        <w:tc>
          <w:tcPr>
            <w:tcW w:type="dxa" w:w="3389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9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Plan outcome and decision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4. Acknowledgement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ROLE</w:t>
            </w:r>
          </w:p>
        </w:tc>
        <w:tc>
          <w:tcPr>
            <w:tcW w:type="dxa" w:w="3389"/>
            <w:tcW w:w="45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NAME / SIGNATURE</w:t>
            </w:r>
          </w:p>
        </w:tc>
        <w:tc>
          <w:tcPr>
            <w:tcW w:type="dxa" w:w="3389"/>
            <w:tcW w:w="23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Employee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Human resources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