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Job Analysis Questionnaire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practical worksheet for documenting what a role actually does, requires, and contributes.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Gather consistent information for job descriptions, staffing decisions, classification review, and workflow planning.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Employees, managers, and HR teams reviewing a new or changing role.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 / incumbent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Job title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 location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Time in 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Completed by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In one or two sentences, what is the primary purpose of this role?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1. Duties and responsibilities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11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ESSENTIAL?</w:t>
            </w:r>
          </w:p>
        </w:tc>
        <w:tc>
          <w:tcPr>
            <w:tcW w:type="dxa" w:w="2541"/>
            <w:tcW w:w="52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RESPONSIBILITY / OUTCOME</w:t>
            </w:r>
          </w:p>
        </w:tc>
        <w:tc>
          <w:tcPr>
            <w:tcW w:type="dxa" w:w="2541"/>
            <w:tcW w:w="1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FREQUENCY</w:t>
            </w:r>
          </w:p>
        </w:tc>
        <w:tc>
          <w:tcPr>
            <w:tcW w:type="dxa" w:w="2541"/>
            <w:tcW w:w="11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EST. % TIME</w:t>
            </w:r>
          </w:p>
        </w:tc>
      </w:tr>
      <w:tr>
        <w:tc>
          <w:tcPr>
            <w:tcW w:type="dxa" w:w="2541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2541"/>
            <w:tcW w:w="5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Daily / Weekly / Monthly</w:t>
            </w:r>
          </w:p>
        </w:tc>
        <w:tc>
          <w:tcPr>
            <w:tcW w:type="dxa" w:w="2541"/>
            <w:tcW w:w="11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2541"/>
            <w:tcW w:w="5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Daily / Weekly / Monthly</w:t>
            </w:r>
          </w:p>
        </w:tc>
        <w:tc>
          <w:tcPr>
            <w:tcW w:type="dxa" w:w="2541"/>
            <w:tcW w:w="11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2541"/>
            <w:tcW w:w="5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Daily / Weekly / Monthly</w:t>
            </w:r>
          </w:p>
        </w:tc>
        <w:tc>
          <w:tcPr>
            <w:tcW w:type="dxa" w:w="2541"/>
            <w:tcW w:w="11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2541"/>
            <w:tcW w:w="52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Daily / Weekly / Monthly</w:t>
            </w:r>
          </w:p>
        </w:tc>
        <w:tc>
          <w:tcPr>
            <w:tcW w:type="dxa" w:w="2541"/>
            <w:tcW w:w="11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541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2541"/>
            <w:tcW w:w="52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Daily / Weekly / Monthly</w:t>
            </w:r>
          </w:p>
        </w:tc>
        <w:tc>
          <w:tcPr>
            <w:tcW w:type="dxa" w:w="2541"/>
            <w:tcW w:w="11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Collaboration and communication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1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STAKEHOLDER</w:t>
            </w:r>
          </w:p>
        </w:tc>
        <w:tc>
          <w:tcPr>
            <w:tcW w:type="dxa" w:w="3389"/>
            <w:tcW w:w="46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 OF CONTACT</w:t>
            </w:r>
          </w:p>
        </w:tc>
        <w:tc>
          <w:tcPr>
            <w:tcW w:type="dxa" w:w="3389"/>
            <w:tcW w:w="26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FREQUENCY / METHOD</w:t>
            </w:r>
          </w:p>
        </w:tc>
      </w:tr>
      <w:tr>
        <w:tc>
          <w:tcPr>
            <w:tcW w:type="dxa" w:w="3389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Immediate manager</w:t>
            </w:r>
          </w:p>
        </w:tc>
        <w:tc>
          <w:tcPr>
            <w:tcW w:type="dxa" w:w="3389"/>
            <w:tcW w:w="46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Team members</w:t>
            </w:r>
          </w:p>
        </w:tc>
        <w:tc>
          <w:tcPr>
            <w:tcW w:type="dxa" w:w="3389"/>
            <w:tcW w:w="46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Other departments</w:t>
            </w:r>
          </w:p>
        </w:tc>
        <w:tc>
          <w:tcPr>
            <w:tcW w:type="dxa" w:w="3389"/>
            <w:tcW w:w="46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Customers / clients</w:t>
            </w:r>
          </w:p>
        </w:tc>
        <w:tc>
          <w:tcPr>
            <w:tcW w:type="dxa" w:w="3389"/>
            <w:tcW w:w="46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Vendors / partners</w:t>
            </w:r>
          </w:p>
        </w:tc>
        <w:tc>
          <w:tcPr>
            <w:tcW w:type="dxa" w:w="3389"/>
            <w:tcW w:w="46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tools, systems, equipment, licenses, education, or experience are needed?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decisions does this role make independently, and what requires approval?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physical, environmental, scheduling, travel, or location conditions should be documented?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recurring obstacles, inefficiencies, or out-of-scope duties affect the role?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6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REVIEWER</w:t>
            </w:r>
          </w:p>
        </w:tc>
        <w:tc>
          <w:tcPr>
            <w:tcW w:type="dxa" w:w="3389"/>
            <w:tcW w:w="4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NAME / SIGNATURE</w:t>
            </w:r>
          </w:p>
        </w:tc>
        <w:tc>
          <w:tcPr>
            <w:tcW w:type="dxa" w:w="3389"/>
            <w:tcW w:w="23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Employee / incumbent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Human resources</w:t>
            </w:r>
          </w:p>
        </w:tc>
        <w:tc>
          <w:tcPr>
            <w:tcW w:type="dxa" w:w="3389"/>
            <w:tcW w:w="4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23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