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HR &amp; WORKFORCE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Individual Career Development Plan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collaborative worksheet for setting growth goals and turning them into practical development actions.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Connect employee aspirations, role needs, strengths, and development opportunities to measurable action.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Employees and managers conducting a development conversation.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Employee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Current role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Manager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Department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Plan period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Career horizon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Prepared by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Review date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Career direction: What work, responsibilities, or capabilities would you like to grow toward?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1. Strengths and interests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25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STRENGTH / INTEREST</w:t>
            </w:r>
          </w:p>
        </w:tc>
        <w:tc>
          <w:tcPr>
            <w:tcW w:type="dxa" w:w="3389"/>
            <w:tcW w:w="343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EXAMPLE OR EVIDENCE</w:t>
            </w:r>
          </w:p>
        </w:tc>
        <w:tc>
          <w:tcPr>
            <w:tcW w:type="dxa" w:w="3389"/>
            <w:tcW w:w="343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HOW TO BUILD ON IT</w:t>
            </w:r>
          </w:p>
        </w:tc>
      </w:tr>
      <w:tr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3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3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3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3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3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3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2. Development priorities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</w:trPr>
        <w:tc>
          <w:tcPr>
            <w:tcW w:type="dxa" w:w="2033"/>
            <w:tcW w:w="21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GOAL</w:t>
            </w:r>
          </w:p>
        </w:tc>
        <w:tc>
          <w:tcPr>
            <w:tcW w:type="dxa" w:w="2033"/>
            <w:tcW w:w="254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ACTION / EXPERIENCE</w:t>
            </w:r>
          </w:p>
        </w:tc>
        <w:tc>
          <w:tcPr>
            <w:tcW w:type="dxa" w:w="2033"/>
            <w:tcW w:w="19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SUPPORT / RESOURCE</w:t>
            </w:r>
          </w:p>
        </w:tc>
        <w:tc>
          <w:tcPr>
            <w:tcW w:type="dxa" w:w="2033"/>
            <w:tcW w:w="125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TARGET DATE</w:t>
            </w:r>
          </w:p>
        </w:tc>
        <w:tc>
          <w:tcPr>
            <w:tcW w:type="dxa" w:w="2033"/>
            <w:tcW w:w="157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SUCCESS EVIDENCE</w:t>
            </w:r>
          </w:p>
        </w:tc>
      </w:tr>
      <w:tr>
        <w:tc>
          <w:tcPr>
            <w:tcW w:type="dxa" w:w="2033"/>
            <w:tcW w:w="2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254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2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57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21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254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2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57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2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254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2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57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Potential obstacles and how we will address them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3. Check-ins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16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DATE</w:t>
            </w:r>
          </w:p>
        </w:tc>
        <w:tc>
          <w:tcPr>
            <w:tcW w:type="dxa" w:w="3389"/>
            <w:tcW w:w="388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PROGRESS</w:t>
            </w:r>
          </w:p>
        </w:tc>
        <w:tc>
          <w:tcPr>
            <w:tcW w:type="dxa" w:w="3389"/>
            <w:tcW w:w="388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NEXT STEP</w:t>
            </w:r>
          </w:p>
        </w:tc>
      </w:tr>
      <w:tr>
        <w:tc>
          <w:tcPr>
            <w:tcW w:type="dxa" w:w="3389"/>
            <w:tcW w:w="16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16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16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