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Employee Status Change Form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structured record for approved changes to an employee’s role, reporting line, location, schedule, or pay.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Document a personnel change consistently across HR, payroll, scheduling, and access systems.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Managers and HR teams coordinating an approved employee change.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 name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 ID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Current title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Work location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Prepared by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Effective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1. Type of change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tcW w:w="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SELECT</w:t>
            </w:r>
          </w:p>
        </w:tc>
        <w:tc>
          <w:tcPr>
            <w:tcW w:type="dxa" w:w="5083"/>
            <w:tcW w:w="84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OPTION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Promotion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Transfer or department change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 or reporting-line change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Work-location change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Employment-status change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Schedule or hours change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Pay-rate change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Leave status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Other: ____________________</w:t>
            </w:r>
          </w:p>
        </w:tc>
      </w:tr>
    </w:tbl>
    <w:p>
      <w:pPr>
        <w:pStyle w:val="Heading1"/>
      </w:pPr>
      <w:r>
        <w:t>2. Approved change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FIELD</w:t>
            </w:r>
          </w:p>
        </w:tc>
        <w:tc>
          <w:tcPr>
            <w:tcW w:type="dxa" w:w="3389"/>
            <w:tcW w:w="34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CURRENT</w:t>
            </w:r>
          </w:p>
        </w:tc>
        <w:tc>
          <w:tcPr>
            <w:tcW w:type="dxa" w:w="3389"/>
            <w:tcW w:w="34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NEW / UPDATED</w:t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Job title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Department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Location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Employment status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Scheduled hours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Pay rate / salary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Other</w:t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Business reason and approval notes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3. Implementation checklist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DONE</w:t>
            </w:r>
          </w:p>
        </w:tc>
        <w:tc>
          <w:tcPr>
            <w:tcW w:type="dxa" w:w="3389"/>
            <w:tcW w:w="62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3389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 / DATE</w:t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Update HR information system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Update payroll and timekeeping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Update benefits eligibility, if applicable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Update access, equipment, and directory records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Notify the employee and relevant stakeholders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Retain approvals and supporting documentation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4. Authorization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6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ROLE</w:t>
            </w:r>
          </w:p>
        </w:tc>
        <w:tc>
          <w:tcPr>
            <w:tcW w:type="dxa" w:w="3389"/>
            <w:tcW w:w="44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NAME / SIGNATURE</w:t>
            </w:r>
          </w:p>
        </w:tc>
        <w:tc>
          <w:tcPr>
            <w:tcW w:type="dxa" w:w="3389"/>
            <w:tcW w:w="23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Human resources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Finance / payroll, if required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Employee acknowledgement, if used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