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Employee Referral Form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concise form for submitting and tracking employee-referred candidates.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Capture consistent referral information while keeping selection decisions within the normal hiring process.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Organizations operating an employee referral program.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Referring employee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Work email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Submission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Candidate name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Candidate email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Candidate phone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Role referred for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How do you know the candidate?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relevant experience, skills, or strengths should the hiring team consider?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Candidate and referrer confirmations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tcW w:w="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SELECT</w:t>
            </w:r>
          </w:p>
        </w:tc>
        <w:tc>
          <w:tcPr>
            <w:tcW w:type="dxa" w:w="5083"/>
            <w:tcW w:w="84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OPTION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The candidate has agreed to be referred and contacted.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The referral does not guarantee an interview, offer, or employment.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The candidate will complete the organization’s standard application and selection process.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Any referral award remains subject to the current written program rules.</w:t>
            </w:r>
          </w:p>
        </w:tc>
      </w:tr>
    </w:tbl>
    <w:p>
      <w:r>
        <w:br w:type="page"/>
      </w:r>
    </w:p>
    <w:p>
      <w:pPr>
        <w:pStyle w:val="Heading1"/>
      </w:pPr>
      <w:r>
        <w:t>Internal tracking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tcW w:w="1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2541"/>
            <w:tcW w:w="2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MILESTONE / ACTION</w:t>
            </w:r>
          </w:p>
        </w:tc>
        <w:tc>
          <w:tcPr>
            <w:tcW w:type="dxa" w:w="2541"/>
            <w:tcW w:w="18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2541"/>
            <w:tcW w:w="32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STATUS / NOTES</w:t>
            </w:r>
          </w:p>
        </w:tc>
      </w:tr>
      <w:tr>
        <w:tc>
          <w:tcPr>
            <w:tcW w:type="dxa" w:w="2541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Referral received</w:t>
            </w:r>
          </w:p>
        </w:tc>
        <w:tc>
          <w:tcPr>
            <w:tcW w:type="dxa" w:w="2541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Candidate contacted</w:t>
            </w:r>
          </w:p>
        </w:tc>
        <w:tc>
          <w:tcPr>
            <w:tcW w:type="dxa" w:w="2541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Application reviewed</w:t>
            </w:r>
          </w:p>
        </w:tc>
        <w:tc>
          <w:tcPr>
            <w:tcW w:type="dxa" w:w="2541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Interview decision</w:t>
            </w:r>
          </w:p>
        </w:tc>
        <w:tc>
          <w:tcPr>
            <w:tcW w:type="dxa" w:w="2541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Final disposition</w:t>
            </w:r>
          </w:p>
        </w:tc>
        <w:tc>
          <w:tcPr>
            <w:tcW w:type="dxa" w:w="2541"/>
            <w:tcW w:w="18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3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Selection or disposition notes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Referral award tracking (if applicable)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tcW w:w="22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ELIGIBILITY CONFIRMED</w:t>
            </w:r>
          </w:p>
        </w:tc>
        <w:tc>
          <w:tcPr>
            <w:tcW w:type="dxa" w:w="2541"/>
            <w:tcW w:w="27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PAYMENT TRIGGER</w:t>
            </w:r>
          </w:p>
        </w:tc>
        <w:tc>
          <w:tcPr>
            <w:tcW w:type="dxa" w:w="2541"/>
            <w:tcW w:w="1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2541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PAID / DATE</w:t>
            </w:r>
          </w:p>
        </w:tc>
      </w:tr>
      <w:tr>
        <w:tc>
          <w:tcPr>
            <w:tcW w:type="dxa" w:w="2541"/>
            <w:tcW w:w="2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7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